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3291"/>
        <w:tblW w:w="0" w:type="auto"/>
        <w:tblLayout w:type="fixed"/>
        <w:tblLook w:val="04A0" w:firstRow="1" w:lastRow="0" w:firstColumn="1" w:lastColumn="0" w:noHBand="0" w:noVBand="1"/>
      </w:tblPr>
      <w:tblGrid>
        <w:gridCol w:w="680"/>
        <w:gridCol w:w="3318"/>
        <w:gridCol w:w="5186"/>
        <w:gridCol w:w="1247"/>
      </w:tblGrid>
      <w:tr w:rsidR="00B51E42" w:rsidRPr="00F70742" w14:paraId="0FB0E278" w14:textId="77777777" w:rsidTr="00B51E42">
        <w:tc>
          <w:tcPr>
            <w:tcW w:w="680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shd w:val="clear" w:color="auto" w:fill="8FD3F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FEAD00" w14:textId="77777777" w:rsidR="00B51E42" w:rsidRPr="00F70742" w:rsidRDefault="00B51E42" w:rsidP="00B51E42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F70742">
              <w:rPr>
                <w:b/>
                <w:color w:val="164A63"/>
                <w:sz w:val="28"/>
                <w:szCs w:val="28"/>
              </w:rPr>
              <w:t>N°</w:t>
            </w:r>
          </w:p>
        </w:tc>
        <w:tc>
          <w:tcPr>
            <w:tcW w:w="3318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shd w:val="clear" w:color="auto" w:fill="8FD3F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43FAD25" w14:textId="77777777" w:rsidR="00B51E42" w:rsidRPr="00F70742" w:rsidRDefault="00B51E42" w:rsidP="00B51E42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F70742">
              <w:rPr>
                <w:b/>
                <w:color w:val="164A63"/>
                <w:sz w:val="28"/>
                <w:szCs w:val="28"/>
              </w:rPr>
              <w:t>Vacance scolaire</w:t>
            </w:r>
          </w:p>
        </w:tc>
        <w:tc>
          <w:tcPr>
            <w:tcW w:w="5186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shd w:val="clear" w:color="auto" w:fill="8FD3F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9E23D9A" w14:textId="77777777" w:rsidR="00B51E42" w:rsidRPr="00F70742" w:rsidRDefault="00B51E42" w:rsidP="00B51E42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F70742">
              <w:rPr>
                <w:b/>
                <w:color w:val="164A63"/>
                <w:sz w:val="28"/>
                <w:szCs w:val="28"/>
              </w:rPr>
              <w:t>Dates</w:t>
            </w:r>
          </w:p>
        </w:tc>
        <w:tc>
          <w:tcPr>
            <w:tcW w:w="1247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shd w:val="clear" w:color="auto" w:fill="8FD3F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76242FD" w14:textId="77777777" w:rsidR="00B51E42" w:rsidRPr="00F70742" w:rsidRDefault="00B51E42" w:rsidP="00B51E42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F70742">
              <w:rPr>
                <w:b/>
                <w:color w:val="164A63"/>
                <w:sz w:val="28"/>
                <w:szCs w:val="28"/>
              </w:rPr>
              <w:t>Durée</w:t>
            </w:r>
          </w:p>
        </w:tc>
      </w:tr>
      <w:tr w:rsidR="00B51E42" w:rsidRPr="00F70742" w14:paraId="02318749" w14:textId="77777777" w:rsidTr="00B51E42">
        <w:tc>
          <w:tcPr>
            <w:tcW w:w="680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shd w:val="clear" w:color="auto" w:fill="EAF7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ECC121" w14:textId="77777777" w:rsidR="00B51E42" w:rsidRPr="00F70742" w:rsidRDefault="00B51E42" w:rsidP="00B51E42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F70742">
              <w:rPr>
                <w:b/>
                <w:color w:val="126A8A"/>
                <w:sz w:val="24"/>
                <w:szCs w:val="24"/>
              </w:rPr>
              <w:t>1</w:t>
            </w:r>
          </w:p>
        </w:tc>
        <w:tc>
          <w:tcPr>
            <w:tcW w:w="3318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shd w:val="clear" w:color="auto" w:fill="EAF7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8B9D6EC" w14:textId="77777777" w:rsidR="00B51E42" w:rsidRPr="00B51E42" w:rsidRDefault="00B51E42" w:rsidP="00B51E42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B51E42">
              <w:rPr>
                <w:bCs/>
                <w:sz w:val="24"/>
                <w:szCs w:val="24"/>
              </w:rPr>
              <w:t>1ère période intermédiaire</w:t>
            </w:r>
          </w:p>
        </w:tc>
        <w:tc>
          <w:tcPr>
            <w:tcW w:w="5186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shd w:val="clear" w:color="auto" w:fill="EAF7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C76DD98" w14:textId="77777777" w:rsidR="00B51E42" w:rsidRPr="00B51E42" w:rsidRDefault="00B51E42" w:rsidP="00B51E42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B51E42">
              <w:rPr>
                <w:bCs/>
                <w:sz w:val="24"/>
                <w:szCs w:val="24"/>
              </w:rPr>
              <w:t>Du dimanche 18 octobre au dimanche 25 octobre 2026</w:t>
            </w:r>
          </w:p>
        </w:tc>
        <w:tc>
          <w:tcPr>
            <w:tcW w:w="1247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shd w:val="clear" w:color="auto" w:fill="EAF7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200375" w14:textId="77777777" w:rsidR="00B51E42" w:rsidRPr="00B51E42" w:rsidRDefault="00B51E42" w:rsidP="00B51E42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B51E42">
              <w:rPr>
                <w:bCs/>
                <w:sz w:val="24"/>
                <w:szCs w:val="24"/>
              </w:rPr>
              <w:t>8 jours</w:t>
            </w:r>
          </w:p>
        </w:tc>
      </w:tr>
      <w:tr w:rsidR="00B51E42" w:rsidRPr="00F70742" w14:paraId="64D66460" w14:textId="77777777" w:rsidTr="00B51E42">
        <w:tc>
          <w:tcPr>
            <w:tcW w:w="680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11F9E96" w14:textId="77777777" w:rsidR="00B51E42" w:rsidRPr="00F70742" w:rsidRDefault="00B51E42" w:rsidP="00B51E42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F70742">
              <w:rPr>
                <w:b/>
                <w:color w:val="126A8A"/>
                <w:sz w:val="24"/>
                <w:szCs w:val="24"/>
              </w:rPr>
              <w:t>2</w:t>
            </w:r>
          </w:p>
        </w:tc>
        <w:tc>
          <w:tcPr>
            <w:tcW w:w="3318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13BAA1" w14:textId="77777777" w:rsidR="00B51E42" w:rsidRPr="00B51E42" w:rsidRDefault="00B51E42" w:rsidP="00B51E42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B51E42">
              <w:rPr>
                <w:bCs/>
                <w:sz w:val="24"/>
                <w:szCs w:val="24"/>
              </w:rPr>
              <w:t>Fête de l’Unité</w:t>
            </w:r>
          </w:p>
        </w:tc>
        <w:tc>
          <w:tcPr>
            <w:tcW w:w="5186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EBB70A" w14:textId="77777777" w:rsidR="00B51E42" w:rsidRPr="00B51E42" w:rsidRDefault="00B51E42" w:rsidP="00B51E42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B51E42">
              <w:rPr>
                <w:bCs/>
                <w:sz w:val="24"/>
                <w:szCs w:val="24"/>
              </w:rPr>
              <w:t>Samedi 31 octobre 2026</w:t>
            </w:r>
          </w:p>
        </w:tc>
        <w:tc>
          <w:tcPr>
            <w:tcW w:w="1247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DD9BA8C" w14:textId="77777777" w:rsidR="00B51E42" w:rsidRPr="00B51E42" w:rsidRDefault="00B51E42" w:rsidP="00B51E42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B51E42">
              <w:rPr>
                <w:bCs/>
                <w:sz w:val="24"/>
                <w:szCs w:val="24"/>
              </w:rPr>
              <w:t>1 jour</w:t>
            </w:r>
          </w:p>
        </w:tc>
      </w:tr>
      <w:tr w:rsidR="00B51E42" w:rsidRPr="00F70742" w14:paraId="278C629F" w14:textId="77777777" w:rsidTr="00B51E42">
        <w:tc>
          <w:tcPr>
            <w:tcW w:w="680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shd w:val="clear" w:color="auto" w:fill="EAF7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D596B6" w14:textId="77777777" w:rsidR="00B51E42" w:rsidRPr="00F70742" w:rsidRDefault="00B51E42" w:rsidP="00B51E42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F70742">
              <w:rPr>
                <w:b/>
                <w:color w:val="126A8A"/>
                <w:sz w:val="24"/>
                <w:szCs w:val="24"/>
              </w:rPr>
              <w:t>3</w:t>
            </w:r>
          </w:p>
        </w:tc>
        <w:tc>
          <w:tcPr>
            <w:tcW w:w="3318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shd w:val="clear" w:color="auto" w:fill="EAF7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0383CF" w14:textId="77777777" w:rsidR="00B51E42" w:rsidRPr="00B51E42" w:rsidRDefault="00B51E42" w:rsidP="00B51E42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B51E42">
              <w:rPr>
                <w:bCs/>
                <w:sz w:val="24"/>
                <w:szCs w:val="24"/>
              </w:rPr>
              <w:t>Anniversaire de la Marche Verte</w:t>
            </w:r>
          </w:p>
        </w:tc>
        <w:tc>
          <w:tcPr>
            <w:tcW w:w="5186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shd w:val="clear" w:color="auto" w:fill="EAF7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1E45ECF" w14:textId="77777777" w:rsidR="00B51E42" w:rsidRPr="00B51E42" w:rsidRDefault="00B51E42" w:rsidP="00B51E42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B51E42">
              <w:rPr>
                <w:bCs/>
                <w:sz w:val="24"/>
                <w:szCs w:val="24"/>
              </w:rPr>
              <w:t>Vendredi 6 novembre 2026</w:t>
            </w:r>
          </w:p>
        </w:tc>
        <w:tc>
          <w:tcPr>
            <w:tcW w:w="1247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shd w:val="clear" w:color="auto" w:fill="EAF7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161765" w14:textId="77777777" w:rsidR="00B51E42" w:rsidRPr="00B51E42" w:rsidRDefault="00B51E42" w:rsidP="00B51E42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B51E42">
              <w:rPr>
                <w:bCs/>
                <w:sz w:val="24"/>
                <w:szCs w:val="24"/>
              </w:rPr>
              <w:t>1 jour</w:t>
            </w:r>
          </w:p>
        </w:tc>
      </w:tr>
      <w:tr w:rsidR="00B51E42" w:rsidRPr="00F70742" w14:paraId="6C1F8C10" w14:textId="77777777" w:rsidTr="00B51E42">
        <w:tc>
          <w:tcPr>
            <w:tcW w:w="680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B03AF0" w14:textId="77777777" w:rsidR="00B51E42" w:rsidRPr="00F70742" w:rsidRDefault="00B51E42" w:rsidP="00B51E42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F70742">
              <w:rPr>
                <w:b/>
                <w:color w:val="126A8A"/>
                <w:sz w:val="24"/>
                <w:szCs w:val="24"/>
              </w:rPr>
              <w:t>4</w:t>
            </w:r>
          </w:p>
        </w:tc>
        <w:tc>
          <w:tcPr>
            <w:tcW w:w="3318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D1E679" w14:textId="77777777" w:rsidR="00B51E42" w:rsidRPr="00B51E42" w:rsidRDefault="00B51E42" w:rsidP="00B51E42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B51E42">
              <w:rPr>
                <w:bCs/>
                <w:sz w:val="24"/>
                <w:szCs w:val="24"/>
              </w:rPr>
              <w:t>Fête de l’Indépendance</w:t>
            </w:r>
          </w:p>
        </w:tc>
        <w:tc>
          <w:tcPr>
            <w:tcW w:w="5186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D838F44" w14:textId="77777777" w:rsidR="00B51E42" w:rsidRPr="00B51E42" w:rsidRDefault="00B51E42" w:rsidP="00B51E42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B51E42">
              <w:rPr>
                <w:bCs/>
                <w:sz w:val="24"/>
                <w:szCs w:val="24"/>
              </w:rPr>
              <w:t>Mercredi 18 novembre 2026</w:t>
            </w:r>
          </w:p>
        </w:tc>
        <w:tc>
          <w:tcPr>
            <w:tcW w:w="1247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1BFF58" w14:textId="77777777" w:rsidR="00B51E42" w:rsidRPr="00B51E42" w:rsidRDefault="00B51E42" w:rsidP="00B51E42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B51E42">
              <w:rPr>
                <w:bCs/>
                <w:sz w:val="24"/>
                <w:szCs w:val="24"/>
              </w:rPr>
              <w:t>1 jour</w:t>
            </w:r>
          </w:p>
        </w:tc>
      </w:tr>
      <w:tr w:rsidR="00B51E42" w:rsidRPr="00F70742" w14:paraId="2A050EBB" w14:textId="77777777" w:rsidTr="00B51E42">
        <w:tc>
          <w:tcPr>
            <w:tcW w:w="680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shd w:val="clear" w:color="auto" w:fill="EAF7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14D2B64" w14:textId="77777777" w:rsidR="00B51E42" w:rsidRPr="00F70742" w:rsidRDefault="00B51E42" w:rsidP="00B51E42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F70742">
              <w:rPr>
                <w:b/>
                <w:color w:val="126A8A"/>
                <w:sz w:val="24"/>
                <w:szCs w:val="24"/>
              </w:rPr>
              <w:t>5</w:t>
            </w:r>
          </w:p>
        </w:tc>
        <w:tc>
          <w:tcPr>
            <w:tcW w:w="3318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shd w:val="clear" w:color="auto" w:fill="EAF7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864C41" w14:textId="77777777" w:rsidR="00B51E42" w:rsidRPr="00B51E42" w:rsidRDefault="00B51E42" w:rsidP="00B51E42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B51E42">
              <w:rPr>
                <w:bCs/>
                <w:sz w:val="24"/>
                <w:szCs w:val="24"/>
              </w:rPr>
              <w:t>2ème période intermédiaire</w:t>
            </w:r>
          </w:p>
        </w:tc>
        <w:tc>
          <w:tcPr>
            <w:tcW w:w="5186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shd w:val="clear" w:color="auto" w:fill="EAF7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3284AE8" w14:textId="77777777" w:rsidR="00B51E42" w:rsidRPr="00B51E42" w:rsidRDefault="00B51E42" w:rsidP="00B51E42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B51E42">
              <w:rPr>
                <w:bCs/>
                <w:sz w:val="24"/>
                <w:szCs w:val="24"/>
              </w:rPr>
              <w:t>Du dimanche 6 décembre au dimanche 13 décembre 2026</w:t>
            </w:r>
          </w:p>
        </w:tc>
        <w:tc>
          <w:tcPr>
            <w:tcW w:w="1247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shd w:val="clear" w:color="auto" w:fill="EAF7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CE7256" w14:textId="77777777" w:rsidR="00B51E42" w:rsidRPr="00B51E42" w:rsidRDefault="00B51E42" w:rsidP="00B51E42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B51E42">
              <w:rPr>
                <w:bCs/>
                <w:sz w:val="24"/>
                <w:szCs w:val="24"/>
              </w:rPr>
              <w:t>8 jours</w:t>
            </w:r>
          </w:p>
        </w:tc>
      </w:tr>
      <w:tr w:rsidR="00B51E42" w:rsidRPr="00F70742" w14:paraId="08479EDB" w14:textId="77777777" w:rsidTr="00B51E42">
        <w:tc>
          <w:tcPr>
            <w:tcW w:w="680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F12EC56" w14:textId="77777777" w:rsidR="00B51E42" w:rsidRPr="00F70742" w:rsidRDefault="00B51E42" w:rsidP="00B51E42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F70742">
              <w:rPr>
                <w:b/>
                <w:color w:val="126A8A"/>
                <w:sz w:val="24"/>
                <w:szCs w:val="24"/>
              </w:rPr>
              <w:t>6</w:t>
            </w:r>
          </w:p>
        </w:tc>
        <w:tc>
          <w:tcPr>
            <w:tcW w:w="3318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014EE6" w14:textId="77777777" w:rsidR="00B51E42" w:rsidRPr="00B51E42" w:rsidRDefault="00B51E42" w:rsidP="00B51E42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B51E42">
              <w:rPr>
                <w:bCs/>
                <w:sz w:val="24"/>
                <w:szCs w:val="24"/>
              </w:rPr>
              <w:t>Nouvel An</w:t>
            </w:r>
          </w:p>
        </w:tc>
        <w:tc>
          <w:tcPr>
            <w:tcW w:w="5186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3C951D" w14:textId="77777777" w:rsidR="00B51E42" w:rsidRPr="00B51E42" w:rsidRDefault="00B51E42" w:rsidP="00B51E42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B51E42">
              <w:rPr>
                <w:bCs/>
                <w:sz w:val="24"/>
                <w:szCs w:val="24"/>
              </w:rPr>
              <w:t>Vendredi 1er janvier 2027</w:t>
            </w:r>
          </w:p>
        </w:tc>
        <w:tc>
          <w:tcPr>
            <w:tcW w:w="1247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C313EEA" w14:textId="77777777" w:rsidR="00B51E42" w:rsidRPr="00B51E42" w:rsidRDefault="00B51E42" w:rsidP="00B51E42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B51E42">
              <w:rPr>
                <w:bCs/>
                <w:sz w:val="24"/>
                <w:szCs w:val="24"/>
              </w:rPr>
              <w:t>1 jour</w:t>
            </w:r>
          </w:p>
        </w:tc>
      </w:tr>
      <w:tr w:rsidR="00B51E42" w:rsidRPr="00F70742" w14:paraId="76C22775" w14:textId="77777777" w:rsidTr="00B51E42">
        <w:tc>
          <w:tcPr>
            <w:tcW w:w="680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shd w:val="clear" w:color="auto" w:fill="EAF7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A5F72C" w14:textId="77777777" w:rsidR="00B51E42" w:rsidRPr="00F70742" w:rsidRDefault="00B51E42" w:rsidP="00B51E42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F70742">
              <w:rPr>
                <w:b/>
                <w:color w:val="126A8A"/>
                <w:sz w:val="24"/>
                <w:szCs w:val="24"/>
              </w:rPr>
              <w:t>7</w:t>
            </w:r>
          </w:p>
        </w:tc>
        <w:tc>
          <w:tcPr>
            <w:tcW w:w="3318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shd w:val="clear" w:color="auto" w:fill="EAF7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00834FF" w14:textId="77777777" w:rsidR="00B51E42" w:rsidRPr="00B51E42" w:rsidRDefault="00B51E42" w:rsidP="00B51E42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B51E42">
              <w:rPr>
                <w:bCs/>
                <w:sz w:val="24"/>
                <w:szCs w:val="24"/>
              </w:rPr>
              <w:t>Anniversaire du Manifeste de l’Indépendance</w:t>
            </w:r>
          </w:p>
        </w:tc>
        <w:tc>
          <w:tcPr>
            <w:tcW w:w="5186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shd w:val="clear" w:color="auto" w:fill="EAF7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E5BE3A" w14:textId="77777777" w:rsidR="00B51E42" w:rsidRPr="00B51E42" w:rsidRDefault="00B51E42" w:rsidP="00B51E42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B51E42">
              <w:rPr>
                <w:bCs/>
                <w:sz w:val="24"/>
                <w:szCs w:val="24"/>
              </w:rPr>
              <w:t>Lundi 11 janvier 2027</w:t>
            </w:r>
          </w:p>
        </w:tc>
        <w:tc>
          <w:tcPr>
            <w:tcW w:w="1247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shd w:val="clear" w:color="auto" w:fill="EAF7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9BF9BA0" w14:textId="77777777" w:rsidR="00B51E42" w:rsidRPr="00B51E42" w:rsidRDefault="00B51E42" w:rsidP="00B51E42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B51E42">
              <w:rPr>
                <w:bCs/>
                <w:sz w:val="24"/>
                <w:szCs w:val="24"/>
              </w:rPr>
              <w:t>1 jour</w:t>
            </w:r>
          </w:p>
        </w:tc>
      </w:tr>
      <w:tr w:rsidR="00B51E42" w:rsidRPr="00F70742" w14:paraId="5A36068A" w14:textId="77777777" w:rsidTr="00B51E42">
        <w:tc>
          <w:tcPr>
            <w:tcW w:w="680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170A7A5" w14:textId="77777777" w:rsidR="00B51E42" w:rsidRPr="00F70742" w:rsidRDefault="00B51E42" w:rsidP="00B51E42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F70742">
              <w:rPr>
                <w:b/>
                <w:color w:val="126A8A"/>
                <w:sz w:val="24"/>
                <w:szCs w:val="24"/>
              </w:rPr>
              <w:t>8</w:t>
            </w:r>
          </w:p>
        </w:tc>
        <w:tc>
          <w:tcPr>
            <w:tcW w:w="3318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DC2D66" w14:textId="77777777" w:rsidR="00B51E42" w:rsidRPr="00B51E42" w:rsidRDefault="00B51E42" w:rsidP="00B51E42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B51E42">
              <w:rPr>
                <w:bCs/>
                <w:sz w:val="24"/>
                <w:szCs w:val="24"/>
              </w:rPr>
              <w:t>Nouvel An Amazigh</w:t>
            </w:r>
          </w:p>
        </w:tc>
        <w:tc>
          <w:tcPr>
            <w:tcW w:w="5186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C66E54" w14:textId="77777777" w:rsidR="00B51E42" w:rsidRPr="00B51E42" w:rsidRDefault="00B51E42" w:rsidP="00B51E42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B51E42">
              <w:rPr>
                <w:bCs/>
                <w:sz w:val="24"/>
                <w:szCs w:val="24"/>
              </w:rPr>
              <w:t>Jeudi 14 janvier 2027</w:t>
            </w:r>
          </w:p>
        </w:tc>
        <w:tc>
          <w:tcPr>
            <w:tcW w:w="1247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838946" w14:textId="77777777" w:rsidR="00B51E42" w:rsidRPr="00B51E42" w:rsidRDefault="00B51E42" w:rsidP="00B51E42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B51E42">
              <w:rPr>
                <w:bCs/>
                <w:sz w:val="24"/>
                <w:szCs w:val="24"/>
              </w:rPr>
              <w:t>1 jour</w:t>
            </w:r>
          </w:p>
        </w:tc>
      </w:tr>
      <w:tr w:rsidR="00B51E42" w:rsidRPr="00F70742" w14:paraId="56450204" w14:textId="77777777" w:rsidTr="00B51E42">
        <w:tc>
          <w:tcPr>
            <w:tcW w:w="680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shd w:val="clear" w:color="auto" w:fill="EAF7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A5BA3E" w14:textId="77777777" w:rsidR="00B51E42" w:rsidRPr="00F70742" w:rsidRDefault="00B51E42" w:rsidP="00B51E42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F70742">
              <w:rPr>
                <w:b/>
                <w:color w:val="126A8A"/>
                <w:sz w:val="24"/>
                <w:szCs w:val="24"/>
              </w:rPr>
              <w:t>9</w:t>
            </w:r>
          </w:p>
        </w:tc>
        <w:tc>
          <w:tcPr>
            <w:tcW w:w="3318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shd w:val="clear" w:color="auto" w:fill="EAF7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1E6BBC2" w14:textId="77777777" w:rsidR="00B51E42" w:rsidRPr="00B51E42" w:rsidRDefault="00B51E42" w:rsidP="00B51E42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B51E42">
              <w:rPr>
                <w:bCs/>
                <w:sz w:val="24"/>
                <w:szCs w:val="24"/>
              </w:rPr>
              <w:t>Vacances de mi-année</w:t>
            </w:r>
          </w:p>
        </w:tc>
        <w:tc>
          <w:tcPr>
            <w:tcW w:w="5186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shd w:val="clear" w:color="auto" w:fill="EAF7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BDD626" w14:textId="77777777" w:rsidR="00B51E42" w:rsidRPr="00B51E42" w:rsidRDefault="00B51E42" w:rsidP="00B51E42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B51E42">
              <w:rPr>
                <w:bCs/>
                <w:sz w:val="24"/>
                <w:szCs w:val="24"/>
              </w:rPr>
              <w:t>Du dimanche 24 janvier au dimanche 31 janvier 2027</w:t>
            </w:r>
          </w:p>
        </w:tc>
        <w:tc>
          <w:tcPr>
            <w:tcW w:w="1247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shd w:val="clear" w:color="auto" w:fill="EAF7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CCD2D06" w14:textId="77777777" w:rsidR="00B51E42" w:rsidRPr="00B51E42" w:rsidRDefault="00B51E42" w:rsidP="00B51E42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B51E42">
              <w:rPr>
                <w:bCs/>
                <w:sz w:val="24"/>
                <w:szCs w:val="24"/>
              </w:rPr>
              <w:t>8 jours</w:t>
            </w:r>
          </w:p>
        </w:tc>
      </w:tr>
      <w:tr w:rsidR="00B51E42" w:rsidRPr="00F70742" w14:paraId="6D778E5B" w14:textId="77777777" w:rsidTr="00B51E42">
        <w:tc>
          <w:tcPr>
            <w:tcW w:w="680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06B2E31" w14:textId="77777777" w:rsidR="00B51E42" w:rsidRPr="00F70742" w:rsidRDefault="00B51E42" w:rsidP="00B51E42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F70742">
              <w:rPr>
                <w:b/>
                <w:color w:val="126A8A"/>
                <w:sz w:val="24"/>
                <w:szCs w:val="24"/>
              </w:rPr>
              <w:t>10</w:t>
            </w:r>
          </w:p>
        </w:tc>
        <w:tc>
          <w:tcPr>
            <w:tcW w:w="3318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AD7E65E" w14:textId="77777777" w:rsidR="00B51E42" w:rsidRPr="00B51E42" w:rsidRDefault="00B51E42" w:rsidP="00B51E42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B51E42">
              <w:rPr>
                <w:bCs/>
                <w:sz w:val="24"/>
                <w:szCs w:val="24"/>
              </w:rPr>
              <w:t>Aïd Al-Fitr</w:t>
            </w:r>
          </w:p>
        </w:tc>
        <w:tc>
          <w:tcPr>
            <w:tcW w:w="5186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AD7272" w14:textId="77777777" w:rsidR="00B51E42" w:rsidRPr="00B51E42" w:rsidRDefault="00B51E42" w:rsidP="00B51E42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B51E42">
              <w:rPr>
                <w:bCs/>
                <w:sz w:val="24"/>
                <w:szCs w:val="24"/>
              </w:rPr>
              <w:t>Du 29 Ramadan au 2 Chawwal 1448 H</w:t>
            </w:r>
          </w:p>
        </w:tc>
        <w:tc>
          <w:tcPr>
            <w:tcW w:w="1247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0C7881" w14:textId="77777777" w:rsidR="00B51E42" w:rsidRPr="00B51E42" w:rsidRDefault="00B51E42" w:rsidP="00B51E42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B51E42">
              <w:rPr>
                <w:bCs/>
                <w:sz w:val="24"/>
                <w:szCs w:val="24"/>
              </w:rPr>
              <w:t>3 ou 4 jours</w:t>
            </w:r>
          </w:p>
        </w:tc>
      </w:tr>
      <w:tr w:rsidR="00B51E42" w:rsidRPr="00F70742" w14:paraId="47B73068" w14:textId="77777777" w:rsidTr="00B51E42">
        <w:tc>
          <w:tcPr>
            <w:tcW w:w="680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shd w:val="clear" w:color="auto" w:fill="EAF7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E9D1A51" w14:textId="77777777" w:rsidR="00B51E42" w:rsidRPr="00F70742" w:rsidRDefault="00B51E42" w:rsidP="00B51E42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F70742">
              <w:rPr>
                <w:b/>
                <w:color w:val="126A8A"/>
                <w:sz w:val="24"/>
                <w:szCs w:val="24"/>
              </w:rPr>
              <w:t>11</w:t>
            </w:r>
          </w:p>
        </w:tc>
        <w:tc>
          <w:tcPr>
            <w:tcW w:w="3318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shd w:val="clear" w:color="auto" w:fill="EAF7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076694" w14:textId="77777777" w:rsidR="00B51E42" w:rsidRPr="00B51E42" w:rsidRDefault="00B51E42" w:rsidP="00B51E42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B51E42">
              <w:rPr>
                <w:bCs/>
                <w:sz w:val="24"/>
                <w:szCs w:val="24"/>
              </w:rPr>
              <w:t>3ème période intermédiaire</w:t>
            </w:r>
          </w:p>
        </w:tc>
        <w:tc>
          <w:tcPr>
            <w:tcW w:w="5186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shd w:val="clear" w:color="auto" w:fill="EAF7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F6E461" w14:textId="77777777" w:rsidR="00B51E42" w:rsidRPr="00B51E42" w:rsidRDefault="00B51E42" w:rsidP="00B51E42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B51E42">
              <w:rPr>
                <w:bCs/>
                <w:sz w:val="24"/>
                <w:szCs w:val="24"/>
              </w:rPr>
              <w:t>Du dimanche 21 mars au dimanche 28 mars 2027</w:t>
            </w:r>
          </w:p>
        </w:tc>
        <w:tc>
          <w:tcPr>
            <w:tcW w:w="1247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shd w:val="clear" w:color="auto" w:fill="EAF7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A421F3" w14:textId="77777777" w:rsidR="00B51E42" w:rsidRPr="00B51E42" w:rsidRDefault="00B51E42" w:rsidP="00B51E42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B51E42">
              <w:rPr>
                <w:bCs/>
                <w:sz w:val="24"/>
                <w:szCs w:val="24"/>
              </w:rPr>
              <w:t>8 jours</w:t>
            </w:r>
          </w:p>
        </w:tc>
      </w:tr>
      <w:tr w:rsidR="00B51E42" w:rsidRPr="00F70742" w14:paraId="2524FDA5" w14:textId="77777777" w:rsidTr="00B51E42">
        <w:tc>
          <w:tcPr>
            <w:tcW w:w="680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C8EA69" w14:textId="77777777" w:rsidR="00B51E42" w:rsidRPr="00F70742" w:rsidRDefault="00B51E42" w:rsidP="00B51E42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F70742">
              <w:rPr>
                <w:b/>
                <w:color w:val="126A8A"/>
                <w:sz w:val="24"/>
                <w:szCs w:val="24"/>
              </w:rPr>
              <w:t>12</w:t>
            </w:r>
          </w:p>
        </w:tc>
        <w:tc>
          <w:tcPr>
            <w:tcW w:w="3318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BD595D0" w14:textId="77777777" w:rsidR="00B51E42" w:rsidRPr="00B51E42" w:rsidRDefault="00B51E42" w:rsidP="00B51E42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B51E42">
              <w:rPr>
                <w:bCs/>
                <w:sz w:val="24"/>
                <w:szCs w:val="24"/>
              </w:rPr>
              <w:t>Fête du Travail</w:t>
            </w:r>
          </w:p>
        </w:tc>
        <w:tc>
          <w:tcPr>
            <w:tcW w:w="5186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E113F9" w14:textId="77777777" w:rsidR="00B51E42" w:rsidRPr="00B51E42" w:rsidRDefault="00B51E42" w:rsidP="00B51E42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B51E42">
              <w:rPr>
                <w:bCs/>
                <w:sz w:val="24"/>
                <w:szCs w:val="24"/>
              </w:rPr>
              <w:t>Samedi 1er mai 2027</w:t>
            </w:r>
          </w:p>
        </w:tc>
        <w:tc>
          <w:tcPr>
            <w:tcW w:w="1247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C7EEE8" w14:textId="77777777" w:rsidR="00B51E42" w:rsidRPr="00B51E42" w:rsidRDefault="00B51E42" w:rsidP="00B51E42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B51E42">
              <w:rPr>
                <w:bCs/>
                <w:sz w:val="24"/>
                <w:szCs w:val="24"/>
              </w:rPr>
              <w:t>1 jour</w:t>
            </w:r>
          </w:p>
        </w:tc>
      </w:tr>
      <w:tr w:rsidR="00B51E42" w:rsidRPr="00F70742" w14:paraId="2FB1F1C6" w14:textId="77777777" w:rsidTr="00B51E42">
        <w:tc>
          <w:tcPr>
            <w:tcW w:w="680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shd w:val="clear" w:color="auto" w:fill="EAF7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2361BC" w14:textId="77777777" w:rsidR="00B51E42" w:rsidRPr="00F70742" w:rsidRDefault="00B51E42" w:rsidP="00B51E42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F70742">
              <w:rPr>
                <w:b/>
                <w:color w:val="126A8A"/>
                <w:sz w:val="24"/>
                <w:szCs w:val="24"/>
              </w:rPr>
              <w:t>13</w:t>
            </w:r>
          </w:p>
        </w:tc>
        <w:tc>
          <w:tcPr>
            <w:tcW w:w="3318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shd w:val="clear" w:color="auto" w:fill="EAF7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692504" w14:textId="77777777" w:rsidR="00B51E42" w:rsidRPr="00B51E42" w:rsidRDefault="00B51E42" w:rsidP="00B51E42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B51E42">
              <w:rPr>
                <w:bCs/>
                <w:sz w:val="24"/>
                <w:szCs w:val="24"/>
              </w:rPr>
              <w:t>4ème période intermédiaire</w:t>
            </w:r>
          </w:p>
        </w:tc>
        <w:tc>
          <w:tcPr>
            <w:tcW w:w="5186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shd w:val="clear" w:color="auto" w:fill="EAF7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3BDDB60" w14:textId="77777777" w:rsidR="00B51E42" w:rsidRPr="00B51E42" w:rsidRDefault="00B51E42" w:rsidP="00B51E42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B51E42">
              <w:rPr>
                <w:bCs/>
                <w:sz w:val="24"/>
                <w:szCs w:val="24"/>
              </w:rPr>
              <w:t>Du dimanche 9 mai au dimanche 16 mai 2027</w:t>
            </w:r>
          </w:p>
        </w:tc>
        <w:tc>
          <w:tcPr>
            <w:tcW w:w="1247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shd w:val="clear" w:color="auto" w:fill="EAF7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595D250" w14:textId="77777777" w:rsidR="00B51E42" w:rsidRPr="00B51E42" w:rsidRDefault="00B51E42" w:rsidP="00B51E42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B51E42">
              <w:rPr>
                <w:bCs/>
                <w:sz w:val="24"/>
                <w:szCs w:val="24"/>
              </w:rPr>
              <w:t>8 jours</w:t>
            </w:r>
          </w:p>
        </w:tc>
      </w:tr>
      <w:tr w:rsidR="00B51E42" w:rsidRPr="00F70742" w14:paraId="762DAAB5" w14:textId="77777777" w:rsidTr="00B51E42">
        <w:tc>
          <w:tcPr>
            <w:tcW w:w="680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9500EF" w14:textId="77777777" w:rsidR="00B51E42" w:rsidRPr="00F70742" w:rsidRDefault="00B51E42" w:rsidP="00B51E42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F70742">
              <w:rPr>
                <w:b/>
                <w:color w:val="126A8A"/>
                <w:sz w:val="24"/>
                <w:szCs w:val="24"/>
              </w:rPr>
              <w:t>14</w:t>
            </w:r>
          </w:p>
        </w:tc>
        <w:tc>
          <w:tcPr>
            <w:tcW w:w="3318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51C004" w14:textId="77777777" w:rsidR="00B51E42" w:rsidRPr="00B51E42" w:rsidRDefault="00B51E42" w:rsidP="00B51E42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B51E42">
              <w:rPr>
                <w:bCs/>
                <w:sz w:val="24"/>
                <w:szCs w:val="24"/>
              </w:rPr>
              <w:t>Aïd Al-Adha</w:t>
            </w:r>
          </w:p>
        </w:tc>
        <w:tc>
          <w:tcPr>
            <w:tcW w:w="5186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6404892" w14:textId="77777777" w:rsidR="00B51E42" w:rsidRPr="00B51E42" w:rsidRDefault="00B51E42" w:rsidP="00B51E42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B51E42">
              <w:rPr>
                <w:bCs/>
                <w:sz w:val="24"/>
                <w:szCs w:val="24"/>
              </w:rPr>
              <w:t>Du 9 au 11 Dhou Al-Hijja 1448 H</w:t>
            </w:r>
          </w:p>
        </w:tc>
        <w:tc>
          <w:tcPr>
            <w:tcW w:w="1247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2CF131" w14:textId="77777777" w:rsidR="00B51E42" w:rsidRPr="00B51E42" w:rsidRDefault="00B51E42" w:rsidP="00B51E42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B51E42">
              <w:rPr>
                <w:bCs/>
                <w:sz w:val="24"/>
                <w:szCs w:val="24"/>
              </w:rPr>
              <w:t>3 jours</w:t>
            </w:r>
          </w:p>
        </w:tc>
      </w:tr>
      <w:tr w:rsidR="00B51E42" w:rsidRPr="00F70742" w14:paraId="5AEC5DB8" w14:textId="77777777" w:rsidTr="00B51E42">
        <w:tc>
          <w:tcPr>
            <w:tcW w:w="680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shd w:val="clear" w:color="auto" w:fill="EAF7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FACDA6" w14:textId="77777777" w:rsidR="00B51E42" w:rsidRPr="00F70742" w:rsidRDefault="00B51E42" w:rsidP="00B51E42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F70742">
              <w:rPr>
                <w:b/>
                <w:color w:val="126A8A"/>
                <w:sz w:val="24"/>
                <w:szCs w:val="24"/>
              </w:rPr>
              <w:t>15</w:t>
            </w:r>
          </w:p>
        </w:tc>
        <w:tc>
          <w:tcPr>
            <w:tcW w:w="3318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shd w:val="clear" w:color="auto" w:fill="EAF7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0B048B9" w14:textId="77777777" w:rsidR="00B51E42" w:rsidRPr="00B51E42" w:rsidRDefault="00B51E42" w:rsidP="00B51E42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B51E42">
              <w:rPr>
                <w:bCs/>
                <w:sz w:val="24"/>
                <w:szCs w:val="24"/>
              </w:rPr>
              <w:t>Nouvel An de l’Hégire</w:t>
            </w:r>
          </w:p>
        </w:tc>
        <w:tc>
          <w:tcPr>
            <w:tcW w:w="5186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shd w:val="clear" w:color="auto" w:fill="EAF7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E2BEDE" w14:textId="77777777" w:rsidR="00B51E42" w:rsidRPr="00B51E42" w:rsidRDefault="00B51E42" w:rsidP="00B51E42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B51E42">
              <w:rPr>
                <w:bCs/>
                <w:sz w:val="24"/>
                <w:szCs w:val="24"/>
              </w:rPr>
              <w:t>1er Moharram 1449 H</w:t>
            </w:r>
          </w:p>
        </w:tc>
        <w:tc>
          <w:tcPr>
            <w:tcW w:w="1247" w:type="dxa"/>
            <w:tcBorders>
              <w:top w:val="single" w:sz="6" w:space="0" w:color="8FC9E4"/>
              <w:left w:val="single" w:sz="6" w:space="0" w:color="8FC9E4"/>
              <w:bottom w:val="single" w:sz="6" w:space="0" w:color="8FC9E4"/>
              <w:right w:val="single" w:sz="6" w:space="0" w:color="8FC9E4"/>
            </w:tcBorders>
            <w:shd w:val="clear" w:color="auto" w:fill="EAF7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6C12670" w14:textId="77777777" w:rsidR="00B51E42" w:rsidRPr="00B51E42" w:rsidRDefault="00B51E42" w:rsidP="00B51E42">
            <w:pPr>
              <w:spacing w:after="0"/>
              <w:jc w:val="center"/>
              <w:rPr>
                <w:bCs/>
                <w:sz w:val="24"/>
                <w:szCs w:val="24"/>
              </w:rPr>
            </w:pPr>
            <w:r w:rsidRPr="00B51E42">
              <w:rPr>
                <w:bCs/>
                <w:sz w:val="24"/>
                <w:szCs w:val="24"/>
              </w:rPr>
              <w:t>1 jour</w:t>
            </w:r>
          </w:p>
        </w:tc>
      </w:tr>
    </w:tbl>
    <w:p w14:paraId="297581F5" w14:textId="3420651D" w:rsidR="00F70742" w:rsidRPr="00B51E42" w:rsidRDefault="00B51E42" w:rsidP="00B51E42">
      <w:pPr>
        <w:rPr>
          <w:b/>
          <w:color w:val="164A63"/>
          <w:sz w:val="28"/>
        </w:rPr>
      </w:pPr>
      <w:r w:rsidRPr="00C523D4">
        <w:rPr>
          <w:rFonts w:ascii="Aptos" w:eastAsia="Times New Roman" w:hAnsi="Aptos" w:cs="Arial"/>
          <w:noProof/>
          <w:kern w:val="2"/>
          <w:sz w:val="24"/>
          <w:szCs w:val="24"/>
          <w:lang w:val="fr-FR" w:eastAsia="fr-FR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723264" behindDoc="0" locked="0" layoutInCell="1" allowOverlap="1" wp14:anchorId="515ECD14" wp14:editId="5210D66A">
                <wp:simplePos x="0" y="0"/>
                <wp:positionH relativeFrom="column">
                  <wp:posOffset>4594860</wp:posOffset>
                </wp:positionH>
                <wp:positionV relativeFrom="paragraph">
                  <wp:posOffset>686435</wp:posOffset>
                </wp:positionV>
                <wp:extent cx="2298700" cy="539750"/>
                <wp:effectExtent l="0" t="0" r="0" b="0"/>
                <wp:wrapSquare wrapText="bothSides"/>
                <wp:docPr id="125941102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870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8BFD1D" w14:textId="7CEA33E0" w:rsidR="00B51E42" w:rsidRPr="00B51E42" w:rsidRDefault="00B51E42" w:rsidP="00B51E42">
                            <w:pPr>
                              <w:spacing w:after="0" w:line="240" w:lineRule="auto"/>
                              <w:rPr>
                                <w:rFonts w:ascii="ADLaM Display" w:hAnsi="ADLaM Display" w:cs="ADLaM Display"/>
                                <w:color w:val="FFFFFF" w:themeColor="background1"/>
                                <w:sz w:val="20"/>
                                <w:szCs w:val="20"/>
                                <w:lang w:val="fr-FR" w:bidi="ar-MA"/>
                              </w:rPr>
                            </w:pPr>
                            <w:r>
                              <w:rPr>
                                <w:rFonts w:ascii="ADLaM Display" w:hAnsi="ADLaM Display" w:cs="ADLaM Display"/>
                                <w:color w:val="FFFFFF" w:themeColor="background1"/>
                                <w:sz w:val="20"/>
                                <w:szCs w:val="20"/>
                                <w:lang w:bidi="ar-MA"/>
                              </w:rPr>
                              <w:t>Ecole</w:t>
                            </w:r>
                            <w:r w:rsidRPr="00B51E42">
                              <w:rPr>
                                <w:rFonts w:ascii="ADLaM Display" w:hAnsi="ADLaM Display" w:cs="ADLaM Display"/>
                                <w:color w:val="FFFFFF" w:themeColor="background1"/>
                                <w:sz w:val="20"/>
                                <w:szCs w:val="20"/>
                                <w:lang w:bidi="ar-MA"/>
                              </w:rPr>
                              <w:t>:…………………</w:t>
                            </w:r>
                            <w:r>
                              <w:rPr>
                                <w:rFonts w:ascii="ADLaM Display" w:hAnsi="ADLaM Display" w:cs="ADLaM Display"/>
                                <w:color w:val="FFFFFF" w:themeColor="background1"/>
                                <w:sz w:val="20"/>
                                <w:szCs w:val="20"/>
                                <w:lang w:bidi="ar-MA"/>
                              </w:rPr>
                              <w:t>………..</w:t>
                            </w:r>
                          </w:p>
                          <w:p w14:paraId="147A0174" w14:textId="41ECA738" w:rsidR="00B51E42" w:rsidRPr="00B51E42" w:rsidRDefault="00B51E42" w:rsidP="00B51E42">
                            <w:pPr>
                              <w:rPr>
                                <w:rFonts w:ascii="ADLaM Display" w:hAnsi="ADLaM Display" w:cs="ADLaM Display"/>
                                <w:color w:val="FFFFFF" w:themeColor="background1"/>
                                <w:sz w:val="20"/>
                                <w:szCs w:val="20"/>
                                <w:lang w:bidi="ar-MA"/>
                              </w:rPr>
                            </w:pPr>
                            <w:r>
                              <w:rPr>
                                <w:rFonts w:ascii="ADLaM Display" w:hAnsi="ADLaM Display" w:cs="ADLaM Display"/>
                                <w:color w:val="FFFFFF" w:themeColor="background1"/>
                                <w:sz w:val="20"/>
                                <w:szCs w:val="20"/>
                                <w:lang w:bidi="ar-MA"/>
                              </w:rPr>
                              <w:t>Enseignant(e)</w:t>
                            </w:r>
                            <w:r w:rsidRPr="00B51E42">
                              <w:rPr>
                                <w:rFonts w:ascii="ADLaM Display" w:hAnsi="ADLaM Display" w:cs="ADLaM Display"/>
                                <w:color w:val="FFFFFF" w:themeColor="background1"/>
                                <w:sz w:val="20"/>
                                <w:szCs w:val="20"/>
                                <w:lang w:bidi="ar-MA"/>
                              </w:rPr>
                              <w:t>:…………………</w:t>
                            </w:r>
                            <w:r>
                              <w:rPr>
                                <w:rFonts w:ascii="ADLaM Display" w:hAnsi="ADLaM Display" w:cs="ADLaM Display"/>
                                <w:color w:val="FFFFFF" w:themeColor="background1"/>
                                <w:sz w:val="20"/>
                                <w:szCs w:val="20"/>
                                <w:lang w:bidi="ar-MA"/>
                              </w:rPr>
                              <w:t>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5ECD14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361.8pt;margin-top:54.05pt;width:181pt;height:42.5pt;z-index:251723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" filled="f" stroked="f">
                <v:textbox>
                  <w:txbxContent>
                    <w:p w14:paraId="0B8BFD1D" w14:textId="7CEA33E0" w:rsidR="00B51E42" w:rsidRPr="00B51E42" w:rsidRDefault="00B51E42" w:rsidP="00B51E42">
                      <w:pPr>
                        <w:spacing w:after="0" w:line="240" w:lineRule="auto"/>
                        <w:rPr>
                          <w:rFonts w:ascii="ADLaM Display" w:hAnsi="ADLaM Display" w:cs="ADLaM Display"/>
                          <w:color w:val="FFFFFF" w:themeColor="background1"/>
                          <w:sz w:val="20"/>
                          <w:szCs w:val="20"/>
                          <w:lang w:val="fr-FR" w:bidi="ar-MA"/>
                        </w:rPr>
                      </w:pPr>
                      <w:r>
                        <w:rPr>
                          <w:rFonts w:ascii="ADLaM Display" w:hAnsi="ADLaM Display" w:cs="ADLaM Display"/>
                          <w:color w:val="FFFFFF" w:themeColor="background1"/>
                          <w:sz w:val="20"/>
                          <w:szCs w:val="20"/>
                          <w:lang w:bidi="ar-MA"/>
                        </w:rPr>
                        <w:t>Ecole</w:t>
                      </w:r>
                      <w:r w:rsidRPr="00B51E42">
                        <w:rPr>
                          <w:rFonts w:ascii="ADLaM Display" w:hAnsi="ADLaM Display" w:cs="ADLaM Display"/>
                          <w:color w:val="FFFFFF" w:themeColor="background1"/>
                          <w:sz w:val="20"/>
                          <w:szCs w:val="20"/>
                          <w:lang w:bidi="ar-MA"/>
                        </w:rPr>
                        <w:t>:…………………</w:t>
                      </w:r>
                      <w:r>
                        <w:rPr>
                          <w:rFonts w:ascii="ADLaM Display" w:hAnsi="ADLaM Display" w:cs="ADLaM Display"/>
                          <w:color w:val="FFFFFF" w:themeColor="background1"/>
                          <w:sz w:val="20"/>
                          <w:szCs w:val="20"/>
                          <w:lang w:bidi="ar-MA"/>
                        </w:rPr>
                        <w:t>………..</w:t>
                      </w:r>
                    </w:p>
                    <w:p w14:paraId="147A0174" w14:textId="41ECA738" w:rsidR="00B51E42" w:rsidRPr="00B51E42" w:rsidRDefault="00B51E42" w:rsidP="00B51E42">
                      <w:pPr>
                        <w:rPr>
                          <w:rFonts w:ascii="ADLaM Display" w:hAnsi="ADLaM Display" w:cs="ADLaM Display"/>
                          <w:color w:val="FFFFFF" w:themeColor="background1"/>
                          <w:sz w:val="20"/>
                          <w:szCs w:val="20"/>
                          <w:lang w:bidi="ar-MA"/>
                        </w:rPr>
                      </w:pPr>
                      <w:r>
                        <w:rPr>
                          <w:rFonts w:ascii="ADLaM Display" w:hAnsi="ADLaM Display" w:cs="ADLaM Display"/>
                          <w:color w:val="FFFFFF" w:themeColor="background1"/>
                          <w:sz w:val="20"/>
                          <w:szCs w:val="20"/>
                          <w:lang w:bidi="ar-MA"/>
                        </w:rPr>
                        <w:t>Enseignant(e)</w:t>
                      </w:r>
                      <w:r w:rsidRPr="00B51E42">
                        <w:rPr>
                          <w:rFonts w:ascii="ADLaM Display" w:hAnsi="ADLaM Display" w:cs="ADLaM Display"/>
                          <w:color w:val="FFFFFF" w:themeColor="background1"/>
                          <w:sz w:val="20"/>
                          <w:szCs w:val="20"/>
                          <w:lang w:bidi="ar-MA"/>
                        </w:rPr>
                        <w:t>:…………………</w:t>
                      </w:r>
                      <w:r>
                        <w:rPr>
                          <w:rFonts w:ascii="ADLaM Display" w:hAnsi="ADLaM Display" w:cs="ADLaM Display"/>
                          <w:color w:val="FFFFFF" w:themeColor="background1"/>
                          <w:sz w:val="20"/>
                          <w:szCs w:val="20"/>
                          <w:lang w:bidi="ar-MA"/>
                        </w:rPr>
                        <w:t>..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523D4">
        <w:rPr>
          <w:rFonts w:ascii="Aptos" w:eastAsia="Times New Roman" w:hAnsi="Aptos" w:cs="Arial"/>
          <w:noProof/>
          <w:kern w:val="2"/>
          <w:sz w:val="24"/>
          <w:szCs w:val="24"/>
          <w:lang w:val="fr-FR" w:eastAsia="fr-FR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718144" behindDoc="0" locked="0" layoutInCell="1" allowOverlap="1" wp14:anchorId="38A85D9C" wp14:editId="4E905A53">
                <wp:simplePos x="0" y="0"/>
                <wp:positionH relativeFrom="column">
                  <wp:posOffset>-231140</wp:posOffset>
                </wp:positionH>
                <wp:positionV relativeFrom="paragraph">
                  <wp:posOffset>718185</wp:posOffset>
                </wp:positionV>
                <wp:extent cx="2692400" cy="539750"/>
                <wp:effectExtent l="0" t="0" r="0" b="0"/>
                <wp:wrapSquare wrapText="bothSides"/>
                <wp:docPr id="57268403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7733F3" w14:textId="5DD79D80" w:rsidR="00C523D4" w:rsidRPr="00B51E42" w:rsidRDefault="00C523D4" w:rsidP="00B51E42">
                            <w:pPr>
                              <w:spacing w:after="0" w:line="240" w:lineRule="auto"/>
                              <w:rPr>
                                <w:rFonts w:ascii="ADLaM Display" w:hAnsi="ADLaM Display" w:cs="ADLaM Display"/>
                                <w:color w:val="FFFFFF" w:themeColor="background1"/>
                                <w:sz w:val="20"/>
                                <w:szCs w:val="20"/>
                                <w:lang w:val="fr-FR" w:bidi="ar-MA"/>
                              </w:rPr>
                            </w:pPr>
                            <w:r w:rsidRPr="00B51E42">
                              <w:rPr>
                                <w:rFonts w:ascii="ADLaM Display" w:hAnsi="ADLaM Display" w:cs="ADLaM Display"/>
                                <w:color w:val="FFFFFF" w:themeColor="background1"/>
                                <w:sz w:val="20"/>
                                <w:szCs w:val="20"/>
                                <w:lang w:bidi="ar-MA"/>
                              </w:rPr>
                              <w:t>Académie Régionale:</w:t>
                            </w:r>
                            <w:r w:rsidR="00B51E42" w:rsidRPr="00B51E42">
                              <w:rPr>
                                <w:rFonts w:ascii="ADLaM Display" w:hAnsi="ADLaM Display" w:cs="ADLaM Display"/>
                                <w:color w:val="FFFFFF" w:themeColor="background1"/>
                                <w:sz w:val="20"/>
                                <w:szCs w:val="20"/>
                                <w:lang w:bidi="ar-MA"/>
                              </w:rPr>
                              <w:t>…………………..</w:t>
                            </w:r>
                          </w:p>
                          <w:p w14:paraId="5636EA27" w14:textId="213E09D8" w:rsidR="00C523D4" w:rsidRPr="00B51E42" w:rsidRDefault="00B51E42" w:rsidP="00B51E42">
                            <w:pPr>
                              <w:rPr>
                                <w:rFonts w:ascii="ADLaM Display" w:hAnsi="ADLaM Display" w:cs="ADLaM Display"/>
                                <w:color w:val="FFFFFF" w:themeColor="background1"/>
                                <w:sz w:val="20"/>
                                <w:szCs w:val="20"/>
                                <w:lang w:bidi="ar-MA"/>
                              </w:rPr>
                            </w:pPr>
                            <w:r w:rsidRPr="00B51E42">
                              <w:rPr>
                                <w:rFonts w:ascii="ADLaM Display" w:hAnsi="ADLaM Display" w:cs="ADLaM Display"/>
                                <w:color w:val="FFFFFF" w:themeColor="background1"/>
                                <w:sz w:val="20"/>
                                <w:szCs w:val="20"/>
                                <w:lang w:bidi="ar-MA"/>
                              </w:rPr>
                              <w:t>Direction Provinciale:…………………</w:t>
                            </w:r>
                            <w:r>
                              <w:rPr>
                                <w:rFonts w:ascii="ADLaM Display" w:hAnsi="ADLaM Display" w:cs="ADLaM Display"/>
                                <w:color w:val="FFFFFF" w:themeColor="background1"/>
                                <w:sz w:val="20"/>
                                <w:szCs w:val="20"/>
                                <w:lang w:bidi="ar-MA"/>
                              </w:rPr>
                              <w:t>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A85D9C" id="_x0000_s1027" type="#_x0000_t202" style="position:absolute;margin-left:-18.2pt;margin-top:56.55pt;width:212pt;height:42.5pt;z-index:251718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" filled="f" stroked="f">
                <v:textbox>
                  <w:txbxContent>
                    <w:p w14:paraId="047733F3" w14:textId="5DD79D80" w:rsidR="00C523D4" w:rsidRPr="00B51E42" w:rsidRDefault="00C523D4" w:rsidP="00B51E42">
                      <w:pPr>
                        <w:spacing w:after="0" w:line="240" w:lineRule="auto"/>
                        <w:rPr>
                          <w:rFonts w:ascii="ADLaM Display" w:hAnsi="ADLaM Display" w:cs="ADLaM Display"/>
                          <w:color w:val="FFFFFF" w:themeColor="background1"/>
                          <w:sz w:val="20"/>
                          <w:szCs w:val="20"/>
                          <w:lang w:val="fr-FR" w:bidi="ar-MA"/>
                        </w:rPr>
                      </w:pPr>
                      <w:r w:rsidRPr="00B51E42">
                        <w:rPr>
                          <w:rFonts w:ascii="ADLaM Display" w:hAnsi="ADLaM Display" w:cs="ADLaM Display"/>
                          <w:color w:val="FFFFFF" w:themeColor="background1"/>
                          <w:sz w:val="20"/>
                          <w:szCs w:val="20"/>
                          <w:lang w:bidi="ar-MA"/>
                        </w:rPr>
                        <w:t>Académie Régionale:</w:t>
                      </w:r>
                      <w:r w:rsidR="00B51E42" w:rsidRPr="00B51E42">
                        <w:rPr>
                          <w:rFonts w:ascii="ADLaM Display" w:hAnsi="ADLaM Display" w:cs="ADLaM Display"/>
                          <w:color w:val="FFFFFF" w:themeColor="background1"/>
                          <w:sz w:val="20"/>
                          <w:szCs w:val="20"/>
                          <w:lang w:bidi="ar-MA"/>
                        </w:rPr>
                        <w:t>…………………..</w:t>
                      </w:r>
                    </w:p>
                    <w:p w14:paraId="5636EA27" w14:textId="213E09D8" w:rsidR="00C523D4" w:rsidRPr="00B51E42" w:rsidRDefault="00B51E42" w:rsidP="00B51E42">
                      <w:pPr>
                        <w:rPr>
                          <w:rFonts w:ascii="ADLaM Display" w:hAnsi="ADLaM Display" w:cs="ADLaM Display"/>
                          <w:color w:val="FFFFFF" w:themeColor="background1"/>
                          <w:sz w:val="20"/>
                          <w:szCs w:val="20"/>
                          <w:lang w:bidi="ar-MA"/>
                        </w:rPr>
                      </w:pPr>
                      <w:r w:rsidRPr="00B51E42">
                        <w:rPr>
                          <w:rFonts w:ascii="ADLaM Display" w:hAnsi="ADLaM Display" w:cs="ADLaM Display"/>
                          <w:color w:val="FFFFFF" w:themeColor="background1"/>
                          <w:sz w:val="20"/>
                          <w:szCs w:val="20"/>
                          <w:lang w:bidi="ar-MA"/>
                        </w:rPr>
                        <w:t>Direction Provinciale:…………………</w:t>
                      </w:r>
                      <w:r>
                        <w:rPr>
                          <w:rFonts w:ascii="ADLaM Display" w:hAnsi="ADLaM Display" w:cs="ADLaM Display"/>
                          <w:color w:val="FFFFFF" w:themeColor="background1"/>
                          <w:sz w:val="20"/>
                          <w:szCs w:val="20"/>
                          <w:lang w:bidi="ar-MA"/>
                        </w:rPr>
                        <w:t>..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523D4" w:rsidRPr="00C523D4">
        <w:rPr>
          <w:rFonts w:ascii="Aptos" w:eastAsia="Times New Roman" w:hAnsi="Aptos" w:cs="Arial"/>
          <w:noProof/>
          <w:kern w:val="2"/>
          <w:sz w:val="24"/>
          <w:szCs w:val="24"/>
          <w:lang w:val="fr-FR" w:eastAsia="fr-FR"/>
          <w14:ligatures w14:val="standardContextual"/>
        </w:rPr>
        <w:drawing>
          <wp:anchor distT="0" distB="0" distL="114300" distR="114300" simplePos="0" relativeHeight="251622912" behindDoc="0" locked="0" layoutInCell="1" allowOverlap="1" wp14:anchorId="0CE39735" wp14:editId="7CDDBC8A">
            <wp:simplePos x="0" y="0"/>
            <wp:positionH relativeFrom="page">
              <wp:posOffset>-6350</wp:posOffset>
            </wp:positionH>
            <wp:positionV relativeFrom="page">
              <wp:posOffset>1270</wp:posOffset>
            </wp:positionV>
            <wp:extent cx="7562850" cy="1736725"/>
            <wp:effectExtent l="0" t="0" r="0" b="0"/>
            <wp:wrapTopAndBottom/>
            <wp:docPr id="829408678" name="Drawing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408678" name="Drawing 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736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B16066D" w14:textId="5A16E623" w:rsidR="00A63796" w:rsidRDefault="00A63796">
      <w:pPr>
        <w:jc w:val="center"/>
      </w:pPr>
    </w:p>
    <w:sectPr w:rsidR="00A63796" w:rsidSect="00F70742">
      <w:pgSz w:w="11906" w:h="16838"/>
      <w:pgMar w:top="709" w:right="624" w:bottom="0" w:left="6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33649290">
    <w:abstractNumId w:val="8"/>
  </w:num>
  <w:num w:numId="2" w16cid:durableId="1677996574">
    <w:abstractNumId w:val="6"/>
  </w:num>
  <w:num w:numId="3" w16cid:durableId="1622416608">
    <w:abstractNumId w:val="5"/>
  </w:num>
  <w:num w:numId="4" w16cid:durableId="1836535420">
    <w:abstractNumId w:val="4"/>
  </w:num>
  <w:num w:numId="5" w16cid:durableId="1801997868">
    <w:abstractNumId w:val="7"/>
  </w:num>
  <w:num w:numId="6" w16cid:durableId="1626348216">
    <w:abstractNumId w:val="3"/>
  </w:num>
  <w:num w:numId="7" w16cid:durableId="1514032524">
    <w:abstractNumId w:val="2"/>
  </w:num>
  <w:num w:numId="8" w16cid:durableId="657653771">
    <w:abstractNumId w:val="1"/>
  </w:num>
  <w:num w:numId="9" w16cid:durableId="1234463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437A"/>
    <w:rsid w:val="000C1264"/>
    <w:rsid w:val="0015074B"/>
    <w:rsid w:val="0029639D"/>
    <w:rsid w:val="00326F90"/>
    <w:rsid w:val="00A63796"/>
    <w:rsid w:val="00AA1D8D"/>
    <w:rsid w:val="00B47730"/>
    <w:rsid w:val="00B51E42"/>
    <w:rsid w:val="00C523D4"/>
    <w:rsid w:val="00CB0664"/>
    <w:rsid w:val="00F7074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8E4500"/>
  <w14:defaultImageDpi w14:val="300"/>
  <w15:docId w15:val="{872BBAF3-D29E-4E8C-8044-19DF191C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158</Words>
  <Characters>873</Characters>
  <Application>Microsoft Office Word</Application>
  <DocSecurity>0</DocSecurity>
  <Lines>7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 KAOUI HASSAN</cp:lastModifiedBy>
  <cp:revision>3</cp:revision>
  <dcterms:created xsi:type="dcterms:W3CDTF">2013-12-23T23:15:00Z</dcterms:created>
  <dcterms:modified xsi:type="dcterms:W3CDTF">2026-08-15T14:36:00Z</dcterms:modified>
  <cp:category/>
</cp:coreProperties>
</file>